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pPr>
        <w:pStyle w:val="Title"/>
        <w:jc w:val="center"/>
      </w:pPr>
      <w:r>
        <w:t>ZAPROSZENIE I FORMULARZ ZGŁOSZENIOWY</w:t>
      </w:r>
    </w:p>
    <w:p>
      <w:pPr>
        <w:spacing w:after="180"/>
      </w:pPr>
      <w:r>
        <w:rPr>
          <w:sz w:val="21"/>
        </w:rPr>
        <w:t>Szanowni Państwo, zapraszamy Państwa biuro rachunkowe do udziału w ogólnopolskim programie „Biura Rachunkowe z Sercem – 1,5% Dobra”. Wierzymy, że jedno życzliwe wskazanie możliwości pomocy może mieć realne znaczenie dla osób w potrzebie.</w:t>
      </w:r>
    </w:p>
    <w:p>
      <w:pPr>
        <w:spacing w:after="180"/>
      </w:pPr>
      <w:r>
        <w:rPr>
          <w:sz w:val="21"/>
        </w:rPr>
        <w:t>Współpraca polega na dobrowolnym udostępnianiu klientom rzetelnych informacji o możliwości przekazania 1,5% podatku. Nie oczekujemy zobowiązań finansowych ani wpływania na decyzje podatników.</w:t>
      </w:r>
    </w:p>
    <w:p>
      <w:pPr>
        <w:spacing w:after="180"/>
      </w:pPr>
      <w:r>
        <w:rPr>
          <w:sz w:val="21"/>
        </w:rPr>
        <w:t>KRS organizacji uprawnionej: 0000270261 | Cel szczegółowy: Fundacja Wartość Człowieka 38076.</w:t>
      </w:r>
    </w:p>
    <w:p>
      <w:pPr>
        <w:spacing w:after="180"/>
      </w:pPr>
      <w:r>
        <w:rPr>
          <w:sz w:val="21"/>
        </w:rPr>
        <w:t>Zainteresowanych zapraszamy do kontaktu: wartoscczlowieka.pl. Dziękujemy za rozważenie współpracy.</w:t>
      </w:r>
    </w:p>
    <w:p>
      <w:pPr>
        <w:spacing w:after="180"/>
      </w:pPr>
      <w:r>
        <w:rPr>
          <w:sz w:val="21"/>
        </w:rPr>
        <w:t>FORMULARZ: Nazwa biura: ………………………………  NIP: ………………………………</w:t>
      </w:r>
    </w:p>
    <w:p>
      <w:pPr>
        <w:spacing w:after="180"/>
      </w:pPr>
      <w:r>
        <w:rPr>
          <w:sz w:val="21"/>
        </w:rPr>
        <w:t>Adres: ………………………………  Osoba kontaktowa: ………………………………</w:t>
      </w:r>
    </w:p>
    <w:p>
      <w:pPr>
        <w:spacing w:after="180"/>
      </w:pPr>
      <w:r>
        <w:rPr>
          <w:sz w:val="21"/>
        </w:rPr>
        <w:t>Telefon służbowy: ………………………………  E-mail służbowy: ………………………………</w:t>
      </w:r>
    </w:p>
    <w:p>
      <w:pPr>
        <w:spacing w:after="180"/>
      </w:pPr>
      <w:r>
        <w:rPr>
          <w:sz w:val="21"/>
        </w:rPr>
        <w:t>☐ Akceptuję regulamin programu.  ☐ Wyrażam zgodę na publikację nazwy i logo biura na stronie fundacji (dobrowolne).</w:t>
      </w:r>
    </w:p>
    <w:p>
      <w:pPr>
        <w:spacing w:after="180"/>
      </w:pPr>
      <w:r>
        <w:rPr>
          <w:sz w:val="21"/>
        </w:rPr>
        <w:t>Osobom fizycznym, których dane są zbierane, należy przekazać aktualną klauzulę informacyjną RODO, określającą administratora, cele, podstawy, okresy retencji i prawa osób.</w:t>
      </w:r>
    </w:p>
    <w:p>
      <w:pPr>
        <w:spacing w:after="180"/>
      </w:pPr>
      <w:r>
        <w:rPr>
          <w:sz w:val="21"/>
        </w:rPr>
        <w:t>Data i podpis: ………………………………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547" w:footer="57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Fundacja „Wartość Człowieka”  |  Dokument do zatwierdzenia  | 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color w:val="162B49"/>
        <w:sz w:val="24"/>
      </w:rPr>
      <w:t>FUNDACJA „WARTOŚĆ CZŁOWIEKA”</w:t>
    </w:r>
  </w:p>
  <w:p>
    <w:pPr>
      <w:jc w:val="center"/>
    </w:pPr>
    <w:r>
      <w:rPr>
        <w:color w:val="A17A32"/>
        <w:sz w:val="16"/>
      </w:rPr>
      <w:t>KAŻDY CZŁOWIEK MA WARTOŚĆ  •  Bydgoszcz  •  wartoscczlowieka.pl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